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78860" w14:textId="77777777" w:rsidR="00A31988" w:rsidRDefault="00A31988">
      <w:pPr>
        <w:pStyle w:val="Heading1"/>
      </w:pPr>
    </w:p>
    <w:p w14:paraId="51D56D92" w14:textId="3AEB2DC3" w:rsidR="00A31988" w:rsidRDefault="00A31988" w:rsidP="00A31988">
      <w:pPr>
        <w:pStyle w:val="Heading1"/>
        <w:jc w:val="center"/>
      </w:pPr>
      <w:r>
        <w:rPr>
          <w:noProof/>
        </w:rPr>
        <w:drawing>
          <wp:inline distT="0" distB="0" distL="0" distR="0" wp14:anchorId="6B47696E" wp14:editId="2DA487C4">
            <wp:extent cx="2531533" cy="671289"/>
            <wp:effectExtent l="0" t="0" r="0" b="1905"/>
            <wp:docPr id="1006805953" name="Picture 1"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805953" name="Picture 1" descr="A blue text on a black background&#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17458" cy="694074"/>
                    </a:xfrm>
                    <a:prstGeom prst="rect">
                      <a:avLst/>
                    </a:prstGeom>
                  </pic:spPr>
                </pic:pic>
              </a:graphicData>
            </a:graphic>
          </wp:inline>
        </w:drawing>
      </w:r>
    </w:p>
    <w:p w14:paraId="6CE40150" w14:textId="44B794D4" w:rsidR="008D4FAA" w:rsidRDefault="00000000">
      <w:pPr>
        <w:pStyle w:val="Heading1"/>
      </w:pPr>
      <w:r>
        <w:t>Kitchen Weights &amp; Measures Guide</w:t>
      </w:r>
    </w:p>
    <w:p w14:paraId="02133D59" w14:textId="77777777" w:rsidR="008D4FAA" w:rsidRDefault="00000000">
      <w:r>
        <w:t>Practical Volume &amp; Weight Conversions for Hospitality Kitchens</w:t>
      </w:r>
    </w:p>
    <w:p w14:paraId="3725265F" w14:textId="77777777" w:rsidR="008D4FAA" w:rsidRDefault="00000000">
      <w:pPr>
        <w:pStyle w:val="Heading2"/>
      </w:pPr>
      <w:r>
        <w:t>Why This Matters</w:t>
      </w:r>
    </w:p>
    <w:p w14:paraId="273DD658" w14:textId="77777777" w:rsidR="008D4FAA" w:rsidRDefault="00000000">
      <w:r>
        <w:t>Recipes are often written using cups, tablespoons, and teaspoons. Suppliers sell ingredients by weight. Understanding the relationship between volume and weight helps improve recipe consistency, ordering accuracy, production planning, and communication within the kitchen.</w:t>
      </w:r>
    </w:p>
    <w:p w14:paraId="0A54B18F" w14:textId="77777777" w:rsidR="008D4FAA" w:rsidRDefault="00000000">
      <w:pPr>
        <w:pStyle w:val="Heading2"/>
      </w:pPr>
      <w:r>
        <w:t>Standard Volume Conversions</w:t>
      </w:r>
    </w:p>
    <w:tbl>
      <w:tblPr>
        <w:tblStyle w:val="TableGrid"/>
        <w:tblW w:w="0" w:type="auto"/>
        <w:tblLook w:val="04A0" w:firstRow="1" w:lastRow="0" w:firstColumn="1" w:lastColumn="0" w:noHBand="0" w:noVBand="1"/>
      </w:tblPr>
      <w:tblGrid>
        <w:gridCol w:w="4315"/>
        <w:gridCol w:w="4315"/>
      </w:tblGrid>
      <w:tr w:rsidR="008D4FAA" w14:paraId="5602CE6C" w14:textId="77777777">
        <w:tc>
          <w:tcPr>
            <w:tcW w:w="4320" w:type="dxa"/>
          </w:tcPr>
          <w:p w14:paraId="6E2C6847" w14:textId="77777777" w:rsidR="008D4FAA" w:rsidRPr="00A31988" w:rsidRDefault="00000000">
            <w:pPr>
              <w:rPr>
                <w:b/>
                <w:bCs/>
              </w:rPr>
            </w:pPr>
            <w:r w:rsidRPr="00A31988">
              <w:rPr>
                <w:b/>
                <w:bCs/>
              </w:rPr>
              <w:t>Measure</w:t>
            </w:r>
          </w:p>
        </w:tc>
        <w:tc>
          <w:tcPr>
            <w:tcW w:w="4320" w:type="dxa"/>
          </w:tcPr>
          <w:p w14:paraId="38A967E0" w14:textId="77777777" w:rsidR="008D4FAA" w:rsidRPr="00A31988" w:rsidRDefault="00000000">
            <w:pPr>
              <w:rPr>
                <w:b/>
                <w:bCs/>
              </w:rPr>
            </w:pPr>
            <w:r w:rsidRPr="00A31988">
              <w:rPr>
                <w:b/>
                <w:bCs/>
              </w:rPr>
              <w:t>Metric</w:t>
            </w:r>
          </w:p>
        </w:tc>
      </w:tr>
      <w:tr w:rsidR="008D4FAA" w14:paraId="07EACD97" w14:textId="77777777">
        <w:tc>
          <w:tcPr>
            <w:tcW w:w="4320" w:type="dxa"/>
          </w:tcPr>
          <w:p w14:paraId="44B5DB1A" w14:textId="77777777" w:rsidR="008D4FAA" w:rsidRDefault="00000000">
            <w:r>
              <w:t>1 teaspoon</w:t>
            </w:r>
          </w:p>
        </w:tc>
        <w:tc>
          <w:tcPr>
            <w:tcW w:w="4320" w:type="dxa"/>
          </w:tcPr>
          <w:p w14:paraId="0FA3546F" w14:textId="77777777" w:rsidR="008D4FAA" w:rsidRDefault="00000000">
            <w:r>
              <w:t>5 ml</w:t>
            </w:r>
          </w:p>
        </w:tc>
      </w:tr>
      <w:tr w:rsidR="008D4FAA" w14:paraId="7E4B938D" w14:textId="77777777">
        <w:tc>
          <w:tcPr>
            <w:tcW w:w="4320" w:type="dxa"/>
          </w:tcPr>
          <w:p w14:paraId="55DDD439" w14:textId="77777777" w:rsidR="008D4FAA" w:rsidRDefault="00000000">
            <w:r>
              <w:t>1 tablespoon</w:t>
            </w:r>
          </w:p>
        </w:tc>
        <w:tc>
          <w:tcPr>
            <w:tcW w:w="4320" w:type="dxa"/>
          </w:tcPr>
          <w:p w14:paraId="3A237BA7" w14:textId="77777777" w:rsidR="008D4FAA" w:rsidRDefault="00000000">
            <w:r>
              <w:t>15 ml</w:t>
            </w:r>
          </w:p>
        </w:tc>
      </w:tr>
      <w:tr w:rsidR="008D4FAA" w14:paraId="68038416" w14:textId="77777777">
        <w:tc>
          <w:tcPr>
            <w:tcW w:w="4320" w:type="dxa"/>
          </w:tcPr>
          <w:p w14:paraId="346878EA" w14:textId="77777777" w:rsidR="008D4FAA" w:rsidRDefault="00000000">
            <w:r>
              <w:t>¼ cup</w:t>
            </w:r>
          </w:p>
        </w:tc>
        <w:tc>
          <w:tcPr>
            <w:tcW w:w="4320" w:type="dxa"/>
          </w:tcPr>
          <w:p w14:paraId="26F38A0B" w14:textId="77777777" w:rsidR="008D4FAA" w:rsidRDefault="00000000">
            <w:r>
              <w:t>62.5 ml</w:t>
            </w:r>
          </w:p>
        </w:tc>
      </w:tr>
      <w:tr w:rsidR="008D4FAA" w14:paraId="02B83449" w14:textId="77777777">
        <w:tc>
          <w:tcPr>
            <w:tcW w:w="4320" w:type="dxa"/>
          </w:tcPr>
          <w:p w14:paraId="69EF33C1" w14:textId="77777777" w:rsidR="008D4FAA" w:rsidRDefault="00000000">
            <w:r>
              <w:t>⅓ cup</w:t>
            </w:r>
          </w:p>
        </w:tc>
        <w:tc>
          <w:tcPr>
            <w:tcW w:w="4320" w:type="dxa"/>
          </w:tcPr>
          <w:p w14:paraId="18A1654F" w14:textId="77777777" w:rsidR="008D4FAA" w:rsidRDefault="00000000">
            <w:r>
              <w:t>83 ml</w:t>
            </w:r>
          </w:p>
        </w:tc>
      </w:tr>
      <w:tr w:rsidR="008D4FAA" w14:paraId="04ABCFD5" w14:textId="77777777">
        <w:tc>
          <w:tcPr>
            <w:tcW w:w="4320" w:type="dxa"/>
          </w:tcPr>
          <w:p w14:paraId="6FBA8AEA" w14:textId="77777777" w:rsidR="008D4FAA" w:rsidRDefault="00000000">
            <w:r>
              <w:t>½ cup</w:t>
            </w:r>
          </w:p>
        </w:tc>
        <w:tc>
          <w:tcPr>
            <w:tcW w:w="4320" w:type="dxa"/>
          </w:tcPr>
          <w:p w14:paraId="62702E44" w14:textId="77777777" w:rsidR="008D4FAA" w:rsidRDefault="00000000">
            <w:r>
              <w:t>125 ml</w:t>
            </w:r>
          </w:p>
        </w:tc>
      </w:tr>
      <w:tr w:rsidR="008D4FAA" w14:paraId="73557FAD" w14:textId="77777777">
        <w:tc>
          <w:tcPr>
            <w:tcW w:w="4320" w:type="dxa"/>
          </w:tcPr>
          <w:p w14:paraId="4E50CBC9" w14:textId="77777777" w:rsidR="008D4FAA" w:rsidRDefault="00000000">
            <w:r>
              <w:t>¾ cup</w:t>
            </w:r>
          </w:p>
        </w:tc>
        <w:tc>
          <w:tcPr>
            <w:tcW w:w="4320" w:type="dxa"/>
          </w:tcPr>
          <w:p w14:paraId="0CA6BAB6" w14:textId="77777777" w:rsidR="008D4FAA" w:rsidRDefault="00000000">
            <w:r>
              <w:t>188 ml</w:t>
            </w:r>
          </w:p>
        </w:tc>
      </w:tr>
      <w:tr w:rsidR="008D4FAA" w14:paraId="0DCCC534" w14:textId="77777777">
        <w:tc>
          <w:tcPr>
            <w:tcW w:w="4320" w:type="dxa"/>
          </w:tcPr>
          <w:p w14:paraId="32100C74" w14:textId="77777777" w:rsidR="008D4FAA" w:rsidRDefault="00000000">
            <w:r>
              <w:t>1 cup</w:t>
            </w:r>
          </w:p>
        </w:tc>
        <w:tc>
          <w:tcPr>
            <w:tcW w:w="4320" w:type="dxa"/>
          </w:tcPr>
          <w:p w14:paraId="2CBA9AAE" w14:textId="77777777" w:rsidR="008D4FAA" w:rsidRDefault="00000000">
            <w:r>
              <w:t>250 ml</w:t>
            </w:r>
          </w:p>
        </w:tc>
      </w:tr>
      <w:tr w:rsidR="008D4FAA" w14:paraId="2B4EA8E7" w14:textId="77777777">
        <w:tc>
          <w:tcPr>
            <w:tcW w:w="4320" w:type="dxa"/>
          </w:tcPr>
          <w:p w14:paraId="03B61404" w14:textId="77777777" w:rsidR="008D4FAA" w:rsidRDefault="00000000">
            <w:r>
              <w:t>1 litre</w:t>
            </w:r>
          </w:p>
        </w:tc>
        <w:tc>
          <w:tcPr>
            <w:tcW w:w="4320" w:type="dxa"/>
          </w:tcPr>
          <w:p w14:paraId="7B2A92CC" w14:textId="77777777" w:rsidR="008D4FAA" w:rsidRDefault="00000000">
            <w:r>
              <w:t>1000 ml</w:t>
            </w:r>
          </w:p>
        </w:tc>
      </w:tr>
    </w:tbl>
    <w:p w14:paraId="03B26516" w14:textId="77777777" w:rsidR="008D4FAA" w:rsidRDefault="00000000">
      <w:pPr>
        <w:pStyle w:val="Heading2"/>
      </w:pPr>
      <w:r>
        <w:t>Common Liquid Ingredients</w:t>
      </w:r>
    </w:p>
    <w:tbl>
      <w:tblPr>
        <w:tblStyle w:val="TableGrid"/>
        <w:tblW w:w="0" w:type="auto"/>
        <w:tblLook w:val="04A0" w:firstRow="1" w:lastRow="0" w:firstColumn="1" w:lastColumn="0" w:noHBand="0" w:noVBand="1"/>
      </w:tblPr>
      <w:tblGrid>
        <w:gridCol w:w="4315"/>
        <w:gridCol w:w="4315"/>
      </w:tblGrid>
      <w:tr w:rsidR="008D4FAA" w14:paraId="2B3FC248" w14:textId="77777777">
        <w:tc>
          <w:tcPr>
            <w:tcW w:w="4320" w:type="dxa"/>
          </w:tcPr>
          <w:p w14:paraId="6DDCB530" w14:textId="77777777" w:rsidR="008D4FAA" w:rsidRPr="00A31988" w:rsidRDefault="00000000">
            <w:pPr>
              <w:rPr>
                <w:b/>
                <w:bCs/>
              </w:rPr>
            </w:pPr>
            <w:r w:rsidRPr="00A31988">
              <w:rPr>
                <w:b/>
                <w:bCs/>
              </w:rPr>
              <w:t>Ingredient</w:t>
            </w:r>
          </w:p>
        </w:tc>
        <w:tc>
          <w:tcPr>
            <w:tcW w:w="4320" w:type="dxa"/>
          </w:tcPr>
          <w:p w14:paraId="471FD51E" w14:textId="77777777" w:rsidR="008D4FAA" w:rsidRPr="00A31988" w:rsidRDefault="00000000">
            <w:pPr>
              <w:rPr>
                <w:b/>
                <w:bCs/>
              </w:rPr>
            </w:pPr>
            <w:r w:rsidRPr="00A31988">
              <w:rPr>
                <w:b/>
                <w:bCs/>
              </w:rPr>
              <w:t>1 Cup Weight</w:t>
            </w:r>
          </w:p>
        </w:tc>
      </w:tr>
      <w:tr w:rsidR="008D4FAA" w14:paraId="624A3B68" w14:textId="77777777">
        <w:tc>
          <w:tcPr>
            <w:tcW w:w="4320" w:type="dxa"/>
          </w:tcPr>
          <w:p w14:paraId="480D0A97" w14:textId="77777777" w:rsidR="008D4FAA" w:rsidRDefault="00000000">
            <w:r>
              <w:t>Water</w:t>
            </w:r>
          </w:p>
        </w:tc>
        <w:tc>
          <w:tcPr>
            <w:tcW w:w="4320" w:type="dxa"/>
          </w:tcPr>
          <w:p w14:paraId="375C12CE" w14:textId="77777777" w:rsidR="008D4FAA" w:rsidRDefault="00000000">
            <w:r>
              <w:t>250 g</w:t>
            </w:r>
          </w:p>
        </w:tc>
      </w:tr>
      <w:tr w:rsidR="008D4FAA" w14:paraId="16644D50" w14:textId="77777777">
        <w:tc>
          <w:tcPr>
            <w:tcW w:w="4320" w:type="dxa"/>
          </w:tcPr>
          <w:p w14:paraId="54D5E510" w14:textId="77777777" w:rsidR="008D4FAA" w:rsidRDefault="00000000">
            <w:r>
              <w:t>Milk</w:t>
            </w:r>
          </w:p>
        </w:tc>
        <w:tc>
          <w:tcPr>
            <w:tcW w:w="4320" w:type="dxa"/>
          </w:tcPr>
          <w:p w14:paraId="2CC18050" w14:textId="77777777" w:rsidR="008D4FAA" w:rsidRDefault="00000000">
            <w:r>
              <w:t>255 g</w:t>
            </w:r>
          </w:p>
        </w:tc>
      </w:tr>
      <w:tr w:rsidR="008D4FAA" w14:paraId="78444C28" w14:textId="77777777">
        <w:tc>
          <w:tcPr>
            <w:tcW w:w="4320" w:type="dxa"/>
          </w:tcPr>
          <w:p w14:paraId="20F6BE25" w14:textId="77777777" w:rsidR="008D4FAA" w:rsidRDefault="00000000">
            <w:r>
              <w:t>Cream</w:t>
            </w:r>
          </w:p>
        </w:tc>
        <w:tc>
          <w:tcPr>
            <w:tcW w:w="4320" w:type="dxa"/>
          </w:tcPr>
          <w:p w14:paraId="34E9613E" w14:textId="77777777" w:rsidR="008D4FAA" w:rsidRDefault="00000000">
            <w:r>
              <w:t>250 g</w:t>
            </w:r>
          </w:p>
        </w:tc>
      </w:tr>
      <w:tr w:rsidR="008D4FAA" w14:paraId="11E100FB" w14:textId="77777777">
        <w:tc>
          <w:tcPr>
            <w:tcW w:w="4320" w:type="dxa"/>
          </w:tcPr>
          <w:p w14:paraId="6F2A830E" w14:textId="77777777" w:rsidR="008D4FAA" w:rsidRDefault="00000000">
            <w:r>
              <w:t>Coconut Cream</w:t>
            </w:r>
          </w:p>
        </w:tc>
        <w:tc>
          <w:tcPr>
            <w:tcW w:w="4320" w:type="dxa"/>
          </w:tcPr>
          <w:p w14:paraId="4CF298E9" w14:textId="77777777" w:rsidR="008D4FAA" w:rsidRDefault="00000000">
            <w:r>
              <w:t>240 g</w:t>
            </w:r>
          </w:p>
        </w:tc>
      </w:tr>
      <w:tr w:rsidR="008D4FAA" w14:paraId="24E9D644" w14:textId="77777777">
        <w:tc>
          <w:tcPr>
            <w:tcW w:w="4320" w:type="dxa"/>
          </w:tcPr>
          <w:p w14:paraId="7FEF6AF5" w14:textId="77777777" w:rsidR="008D4FAA" w:rsidRDefault="00000000">
            <w:r>
              <w:t>Olive Oil</w:t>
            </w:r>
          </w:p>
        </w:tc>
        <w:tc>
          <w:tcPr>
            <w:tcW w:w="4320" w:type="dxa"/>
          </w:tcPr>
          <w:p w14:paraId="1EE727AD" w14:textId="77777777" w:rsidR="008D4FAA" w:rsidRDefault="00000000">
            <w:r>
              <w:t>220 g</w:t>
            </w:r>
          </w:p>
        </w:tc>
      </w:tr>
      <w:tr w:rsidR="008D4FAA" w14:paraId="1085C9D4" w14:textId="77777777">
        <w:tc>
          <w:tcPr>
            <w:tcW w:w="4320" w:type="dxa"/>
          </w:tcPr>
          <w:p w14:paraId="39CDADF1" w14:textId="77777777" w:rsidR="008D4FAA" w:rsidRDefault="00000000">
            <w:r>
              <w:t>Canola Oil</w:t>
            </w:r>
          </w:p>
        </w:tc>
        <w:tc>
          <w:tcPr>
            <w:tcW w:w="4320" w:type="dxa"/>
          </w:tcPr>
          <w:p w14:paraId="2296DC15" w14:textId="77777777" w:rsidR="008D4FAA" w:rsidRDefault="00000000">
            <w:r>
              <w:t>220 g</w:t>
            </w:r>
          </w:p>
        </w:tc>
      </w:tr>
      <w:tr w:rsidR="008D4FAA" w14:paraId="33CFE9E7" w14:textId="77777777">
        <w:tc>
          <w:tcPr>
            <w:tcW w:w="4320" w:type="dxa"/>
          </w:tcPr>
          <w:p w14:paraId="779C8654" w14:textId="77777777" w:rsidR="008D4FAA" w:rsidRDefault="00000000">
            <w:r>
              <w:t>Vegetable Oil</w:t>
            </w:r>
          </w:p>
        </w:tc>
        <w:tc>
          <w:tcPr>
            <w:tcW w:w="4320" w:type="dxa"/>
          </w:tcPr>
          <w:p w14:paraId="4ADA4D2F" w14:textId="77777777" w:rsidR="008D4FAA" w:rsidRDefault="00000000">
            <w:r>
              <w:t>220 g</w:t>
            </w:r>
          </w:p>
        </w:tc>
      </w:tr>
      <w:tr w:rsidR="008D4FAA" w14:paraId="2E2B819D" w14:textId="77777777">
        <w:tc>
          <w:tcPr>
            <w:tcW w:w="4320" w:type="dxa"/>
          </w:tcPr>
          <w:p w14:paraId="4A4D16FD" w14:textId="77777777" w:rsidR="008D4FAA" w:rsidRDefault="00000000">
            <w:r>
              <w:t>Soy Sauce</w:t>
            </w:r>
          </w:p>
        </w:tc>
        <w:tc>
          <w:tcPr>
            <w:tcW w:w="4320" w:type="dxa"/>
          </w:tcPr>
          <w:p w14:paraId="0A77BA1C" w14:textId="77777777" w:rsidR="008D4FAA" w:rsidRDefault="00000000">
            <w:r>
              <w:t>285 g</w:t>
            </w:r>
          </w:p>
        </w:tc>
      </w:tr>
      <w:tr w:rsidR="008D4FAA" w14:paraId="4EF7ECCF" w14:textId="77777777">
        <w:tc>
          <w:tcPr>
            <w:tcW w:w="4320" w:type="dxa"/>
          </w:tcPr>
          <w:p w14:paraId="56183BC6" w14:textId="77777777" w:rsidR="008D4FAA" w:rsidRDefault="00000000">
            <w:r>
              <w:t>Rice Vinegar</w:t>
            </w:r>
          </w:p>
        </w:tc>
        <w:tc>
          <w:tcPr>
            <w:tcW w:w="4320" w:type="dxa"/>
          </w:tcPr>
          <w:p w14:paraId="7ABA0FAA" w14:textId="77777777" w:rsidR="008D4FAA" w:rsidRDefault="00000000">
            <w:r>
              <w:t>250 g</w:t>
            </w:r>
          </w:p>
        </w:tc>
      </w:tr>
    </w:tbl>
    <w:p w14:paraId="1844AB60" w14:textId="77777777" w:rsidR="008D4FAA" w:rsidRDefault="00000000">
      <w:pPr>
        <w:pStyle w:val="Heading2"/>
      </w:pPr>
      <w:r>
        <w:t>Common Baking Ingredients</w:t>
      </w:r>
    </w:p>
    <w:tbl>
      <w:tblPr>
        <w:tblStyle w:val="TableGrid"/>
        <w:tblW w:w="0" w:type="auto"/>
        <w:tblLook w:val="04A0" w:firstRow="1" w:lastRow="0" w:firstColumn="1" w:lastColumn="0" w:noHBand="0" w:noVBand="1"/>
      </w:tblPr>
      <w:tblGrid>
        <w:gridCol w:w="4315"/>
        <w:gridCol w:w="4315"/>
      </w:tblGrid>
      <w:tr w:rsidR="008D4FAA" w14:paraId="78DE5EFF" w14:textId="77777777">
        <w:tc>
          <w:tcPr>
            <w:tcW w:w="4320" w:type="dxa"/>
          </w:tcPr>
          <w:p w14:paraId="1D6F441D" w14:textId="77777777" w:rsidR="008D4FAA" w:rsidRPr="00A31988" w:rsidRDefault="00000000">
            <w:pPr>
              <w:rPr>
                <w:b/>
                <w:bCs/>
              </w:rPr>
            </w:pPr>
            <w:r w:rsidRPr="00A31988">
              <w:rPr>
                <w:b/>
                <w:bCs/>
              </w:rPr>
              <w:t>Ingredient</w:t>
            </w:r>
          </w:p>
        </w:tc>
        <w:tc>
          <w:tcPr>
            <w:tcW w:w="4320" w:type="dxa"/>
          </w:tcPr>
          <w:p w14:paraId="5094D5E4" w14:textId="77777777" w:rsidR="008D4FAA" w:rsidRPr="00A31988" w:rsidRDefault="00000000">
            <w:pPr>
              <w:rPr>
                <w:b/>
                <w:bCs/>
              </w:rPr>
            </w:pPr>
            <w:r w:rsidRPr="00A31988">
              <w:rPr>
                <w:b/>
                <w:bCs/>
              </w:rPr>
              <w:t>1 Cup Weight</w:t>
            </w:r>
          </w:p>
        </w:tc>
      </w:tr>
      <w:tr w:rsidR="008D4FAA" w14:paraId="1C5ECDC4" w14:textId="77777777">
        <w:tc>
          <w:tcPr>
            <w:tcW w:w="4320" w:type="dxa"/>
          </w:tcPr>
          <w:p w14:paraId="05EF4E4F" w14:textId="77777777" w:rsidR="008D4FAA" w:rsidRDefault="00000000">
            <w:r>
              <w:t>Plain Flour</w:t>
            </w:r>
          </w:p>
        </w:tc>
        <w:tc>
          <w:tcPr>
            <w:tcW w:w="4320" w:type="dxa"/>
          </w:tcPr>
          <w:p w14:paraId="489BCEF1" w14:textId="77777777" w:rsidR="008D4FAA" w:rsidRDefault="00000000">
            <w:r>
              <w:t>125 g</w:t>
            </w:r>
          </w:p>
        </w:tc>
      </w:tr>
      <w:tr w:rsidR="008D4FAA" w14:paraId="7E66EFB7" w14:textId="77777777">
        <w:tc>
          <w:tcPr>
            <w:tcW w:w="4320" w:type="dxa"/>
          </w:tcPr>
          <w:p w14:paraId="7C08A65A" w14:textId="77777777" w:rsidR="008D4FAA" w:rsidRDefault="00000000">
            <w:r>
              <w:t>Self Raising Flour</w:t>
            </w:r>
          </w:p>
        </w:tc>
        <w:tc>
          <w:tcPr>
            <w:tcW w:w="4320" w:type="dxa"/>
          </w:tcPr>
          <w:p w14:paraId="72E2B5D7" w14:textId="77777777" w:rsidR="008D4FAA" w:rsidRDefault="00000000">
            <w:r>
              <w:t>125 g</w:t>
            </w:r>
          </w:p>
        </w:tc>
      </w:tr>
      <w:tr w:rsidR="008D4FAA" w14:paraId="393401F3" w14:textId="77777777">
        <w:tc>
          <w:tcPr>
            <w:tcW w:w="4320" w:type="dxa"/>
          </w:tcPr>
          <w:p w14:paraId="4E072E00" w14:textId="77777777" w:rsidR="008D4FAA" w:rsidRDefault="00000000">
            <w:r>
              <w:t>Cornflour</w:t>
            </w:r>
          </w:p>
        </w:tc>
        <w:tc>
          <w:tcPr>
            <w:tcW w:w="4320" w:type="dxa"/>
          </w:tcPr>
          <w:p w14:paraId="047C8CD9" w14:textId="77777777" w:rsidR="008D4FAA" w:rsidRDefault="00000000">
            <w:r>
              <w:t>120 g</w:t>
            </w:r>
          </w:p>
        </w:tc>
      </w:tr>
      <w:tr w:rsidR="008D4FAA" w14:paraId="6D239777" w14:textId="77777777">
        <w:tc>
          <w:tcPr>
            <w:tcW w:w="4320" w:type="dxa"/>
          </w:tcPr>
          <w:p w14:paraId="1B3BAC0F" w14:textId="77777777" w:rsidR="008D4FAA" w:rsidRDefault="00000000">
            <w:r>
              <w:t>Cocoa Powder</w:t>
            </w:r>
          </w:p>
        </w:tc>
        <w:tc>
          <w:tcPr>
            <w:tcW w:w="4320" w:type="dxa"/>
          </w:tcPr>
          <w:p w14:paraId="5B447AB0" w14:textId="77777777" w:rsidR="008D4FAA" w:rsidRDefault="00000000">
            <w:r>
              <w:t>100 g</w:t>
            </w:r>
          </w:p>
        </w:tc>
      </w:tr>
      <w:tr w:rsidR="008D4FAA" w14:paraId="489E0DDC" w14:textId="77777777">
        <w:tc>
          <w:tcPr>
            <w:tcW w:w="4320" w:type="dxa"/>
          </w:tcPr>
          <w:p w14:paraId="09768ECB" w14:textId="77777777" w:rsidR="008D4FAA" w:rsidRDefault="00000000">
            <w:r>
              <w:t>Caster Sugar</w:t>
            </w:r>
          </w:p>
        </w:tc>
        <w:tc>
          <w:tcPr>
            <w:tcW w:w="4320" w:type="dxa"/>
          </w:tcPr>
          <w:p w14:paraId="2450BE37" w14:textId="77777777" w:rsidR="008D4FAA" w:rsidRDefault="00000000">
            <w:r>
              <w:t>220 g</w:t>
            </w:r>
          </w:p>
        </w:tc>
      </w:tr>
      <w:tr w:rsidR="008D4FAA" w14:paraId="76272582" w14:textId="77777777">
        <w:tc>
          <w:tcPr>
            <w:tcW w:w="4320" w:type="dxa"/>
          </w:tcPr>
          <w:p w14:paraId="72868E81" w14:textId="77777777" w:rsidR="008D4FAA" w:rsidRDefault="00000000">
            <w:r>
              <w:t>Brown Sugar</w:t>
            </w:r>
          </w:p>
        </w:tc>
        <w:tc>
          <w:tcPr>
            <w:tcW w:w="4320" w:type="dxa"/>
          </w:tcPr>
          <w:p w14:paraId="2F15E60C" w14:textId="77777777" w:rsidR="008D4FAA" w:rsidRDefault="00000000">
            <w:r>
              <w:t>220 g</w:t>
            </w:r>
          </w:p>
        </w:tc>
      </w:tr>
      <w:tr w:rsidR="008D4FAA" w14:paraId="295A7099" w14:textId="77777777">
        <w:tc>
          <w:tcPr>
            <w:tcW w:w="4320" w:type="dxa"/>
          </w:tcPr>
          <w:p w14:paraId="56D6F38C" w14:textId="77777777" w:rsidR="008D4FAA" w:rsidRDefault="00000000">
            <w:r>
              <w:t>Icing Sugar</w:t>
            </w:r>
          </w:p>
        </w:tc>
        <w:tc>
          <w:tcPr>
            <w:tcW w:w="4320" w:type="dxa"/>
          </w:tcPr>
          <w:p w14:paraId="0F4A1D80" w14:textId="77777777" w:rsidR="008D4FAA" w:rsidRDefault="00000000">
            <w:r>
              <w:t>120 g</w:t>
            </w:r>
          </w:p>
        </w:tc>
      </w:tr>
    </w:tbl>
    <w:p w14:paraId="5144D46E" w14:textId="77777777" w:rsidR="00A31988" w:rsidRDefault="00A31988">
      <w:pPr>
        <w:pStyle w:val="Heading2"/>
      </w:pPr>
    </w:p>
    <w:p w14:paraId="767EA6D1" w14:textId="77777777" w:rsidR="00A31988" w:rsidRDefault="00A31988">
      <w:pPr>
        <w:pStyle w:val="Heading2"/>
      </w:pPr>
    </w:p>
    <w:p w14:paraId="1DDD46B5" w14:textId="77777777" w:rsidR="00A31988" w:rsidRPr="00A31988" w:rsidRDefault="00A31988" w:rsidP="00A31988"/>
    <w:p w14:paraId="0D9E60CC" w14:textId="59C1AFB5" w:rsidR="008D4FAA" w:rsidRDefault="00000000">
      <w:pPr>
        <w:pStyle w:val="Heading2"/>
      </w:pPr>
      <w:r>
        <w:t>Common Breakfast &amp; Café Ingredients</w:t>
      </w:r>
    </w:p>
    <w:tbl>
      <w:tblPr>
        <w:tblStyle w:val="TableGrid"/>
        <w:tblW w:w="0" w:type="auto"/>
        <w:tblLook w:val="04A0" w:firstRow="1" w:lastRow="0" w:firstColumn="1" w:lastColumn="0" w:noHBand="0" w:noVBand="1"/>
      </w:tblPr>
      <w:tblGrid>
        <w:gridCol w:w="4315"/>
        <w:gridCol w:w="4315"/>
      </w:tblGrid>
      <w:tr w:rsidR="008D4FAA" w14:paraId="018F537A" w14:textId="77777777">
        <w:tc>
          <w:tcPr>
            <w:tcW w:w="4320" w:type="dxa"/>
          </w:tcPr>
          <w:p w14:paraId="0FF422F7" w14:textId="77777777" w:rsidR="008D4FAA" w:rsidRPr="00A31988" w:rsidRDefault="00000000">
            <w:pPr>
              <w:rPr>
                <w:b/>
                <w:bCs/>
              </w:rPr>
            </w:pPr>
            <w:r w:rsidRPr="00A31988">
              <w:rPr>
                <w:b/>
                <w:bCs/>
              </w:rPr>
              <w:t>Ingredient</w:t>
            </w:r>
          </w:p>
        </w:tc>
        <w:tc>
          <w:tcPr>
            <w:tcW w:w="4320" w:type="dxa"/>
          </w:tcPr>
          <w:p w14:paraId="23EE21B1" w14:textId="77777777" w:rsidR="008D4FAA" w:rsidRPr="00A31988" w:rsidRDefault="00000000">
            <w:pPr>
              <w:rPr>
                <w:b/>
                <w:bCs/>
              </w:rPr>
            </w:pPr>
            <w:r w:rsidRPr="00A31988">
              <w:rPr>
                <w:b/>
                <w:bCs/>
              </w:rPr>
              <w:t>1 Cup Weight</w:t>
            </w:r>
          </w:p>
        </w:tc>
      </w:tr>
      <w:tr w:rsidR="008D4FAA" w14:paraId="29F5CEB0" w14:textId="77777777">
        <w:tc>
          <w:tcPr>
            <w:tcW w:w="4320" w:type="dxa"/>
          </w:tcPr>
          <w:p w14:paraId="7282306E" w14:textId="77777777" w:rsidR="008D4FAA" w:rsidRDefault="00000000">
            <w:r>
              <w:t>Rolled Oats</w:t>
            </w:r>
          </w:p>
        </w:tc>
        <w:tc>
          <w:tcPr>
            <w:tcW w:w="4320" w:type="dxa"/>
          </w:tcPr>
          <w:p w14:paraId="0788E640" w14:textId="77777777" w:rsidR="008D4FAA" w:rsidRDefault="00000000">
            <w:r>
              <w:t>90 g</w:t>
            </w:r>
          </w:p>
        </w:tc>
      </w:tr>
      <w:tr w:rsidR="008D4FAA" w14:paraId="58A7CC10" w14:textId="77777777">
        <w:tc>
          <w:tcPr>
            <w:tcW w:w="4320" w:type="dxa"/>
          </w:tcPr>
          <w:p w14:paraId="5606FA92" w14:textId="77777777" w:rsidR="008D4FAA" w:rsidRDefault="00000000">
            <w:r>
              <w:t>Granola</w:t>
            </w:r>
          </w:p>
        </w:tc>
        <w:tc>
          <w:tcPr>
            <w:tcW w:w="4320" w:type="dxa"/>
          </w:tcPr>
          <w:p w14:paraId="64C79B90" w14:textId="77777777" w:rsidR="008D4FAA" w:rsidRDefault="00000000">
            <w:r>
              <w:t>110 g</w:t>
            </w:r>
          </w:p>
        </w:tc>
      </w:tr>
      <w:tr w:rsidR="008D4FAA" w14:paraId="68B1BDB6" w14:textId="77777777">
        <w:tc>
          <w:tcPr>
            <w:tcW w:w="4320" w:type="dxa"/>
          </w:tcPr>
          <w:p w14:paraId="384C591B" w14:textId="77777777" w:rsidR="008D4FAA" w:rsidRDefault="00000000">
            <w:r>
              <w:t>Chia Seeds</w:t>
            </w:r>
          </w:p>
        </w:tc>
        <w:tc>
          <w:tcPr>
            <w:tcW w:w="4320" w:type="dxa"/>
          </w:tcPr>
          <w:p w14:paraId="64032BBC" w14:textId="77777777" w:rsidR="008D4FAA" w:rsidRDefault="00000000">
            <w:r>
              <w:t>170 g</w:t>
            </w:r>
          </w:p>
        </w:tc>
      </w:tr>
      <w:tr w:rsidR="008D4FAA" w14:paraId="24488FCB" w14:textId="77777777">
        <w:tc>
          <w:tcPr>
            <w:tcW w:w="4320" w:type="dxa"/>
          </w:tcPr>
          <w:p w14:paraId="05C7D6F9" w14:textId="77777777" w:rsidR="008D4FAA" w:rsidRDefault="00000000">
            <w:r>
              <w:t>Coconut Flakes</w:t>
            </w:r>
          </w:p>
        </w:tc>
        <w:tc>
          <w:tcPr>
            <w:tcW w:w="4320" w:type="dxa"/>
          </w:tcPr>
          <w:p w14:paraId="5E8EB87E" w14:textId="77777777" w:rsidR="008D4FAA" w:rsidRDefault="00000000">
            <w:r>
              <w:t>80 g</w:t>
            </w:r>
          </w:p>
        </w:tc>
      </w:tr>
      <w:tr w:rsidR="008D4FAA" w14:paraId="1D1DCB54" w14:textId="77777777">
        <w:tc>
          <w:tcPr>
            <w:tcW w:w="4320" w:type="dxa"/>
          </w:tcPr>
          <w:p w14:paraId="0EC1264E" w14:textId="77777777" w:rsidR="008D4FAA" w:rsidRDefault="00000000">
            <w:r>
              <w:t>Almonds</w:t>
            </w:r>
          </w:p>
        </w:tc>
        <w:tc>
          <w:tcPr>
            <w:tcW w:w="4320" w:type="dxa"/>
          </w:tcPr>
          <w:p w14:paraId="22E743B9" w14:textId="77777777" w:rsidR="008D4FAA" w:rsidRDefault="00000000">
            <w:r>
              <w:t>145 g</w:t>
            </w:r>
          </w:p>
        </w:tc>
      </w:tr>
      <w:tr w:rsidR="008D4FAA" w14:paraId="7647BAB3" w14:textId="77777777">
        <w:tc>
          <w:tcPr>
            <w:tcW w:w="4320" w:type="dxa"/>
          </w:tcPr>
          <w:p w14:paraId="1B0E150F" w14:textId="77777777" w:rsidR="008D4FAA" w:rsidRDefault="00000000">
            <w:r>
              <w:t>Walnuts</w:t>
            </w:r>
          </w:p>
        </w:tc>
        <w:tc>
          <w:tcPr>
            <w:tcW w:w="4320" w:type="dxa"/>
          </w:tcPr>
          <w:p w14:paraId="064A9521" w14:textId="77777777" w:rsidR="008D4FAA" w:rsidRDefault="00000000">
            <w:r>
              <w:t>100 g</w:t>
            </w:r>
          </w:p>
        </w:tc>
      </w:tr>
      <w:tr w:rsidR="008D4FAA" w14:paraId="5AEBC3F6" w14:textId="77777777">
        <w:tc>
          <w:tcPr>
            <w:tcW w:w="4320" w:type="dxa"/>
          </w:tcPr>
          <w:p w14:paraId="38D24935" w14:textId="77777777" w:rsidR="008D4FAA" w:rsidRDefault="00000000">
            <w:r>
              <w:t>Sultanas</w:t>
            </w:r>
          </w:p>
        </w:tc>
        <w:tc>
          <w:tcPr>
            <w:tcW w:w="4320" w:type="dxa"/>
          </w:tcPr>
          <w:p w14:paraId="764F4A8C" w14:textId="77777777" w:rsidR="008D4FAA" w:rsidRDefault="00000000">
            <w:r>
              <w:t>150 g</w:t>
            </w:r>
          </w:p>
        </w:tc>
      </w:tr>
    </w:tbl>
    <w:p w14:paraId="21C98BD0" w14:textId="77777777" w:rsidR="008D4FAA" w:rsidRDefault="00000000">
      <w:pPr>
        <w:pStyle w:val="Heading2"/>
      </w:pPr>
      <w:r>
        <w:t>Common Kitchen Ingredients</w:t>
      </w:r>
    </w:p>
    <w:tbl>
      <w:tblPr>
        <w:tblStyle w:val="TableGrid"/>
        <w:tblW w:w="0" w:type="auto"/>
        <w:tblLook w:val="04A0" w:firstRow="1" w:lastRow="0" w:firstColumn="1" w:lastColumn="0" w:noHBand="0" w:noVBand="1"/>
      </w:tblPr>
      <w:tblGrid>
        <w:gridCol w:w="4315"/>
        <w:gridCol w:w="4315"/>
      </w:tblGrid>
      <w:tr w:rsidR="008D4FAA" w14:paraId="3E5B6426" w14:textId="77777777">
        <w:tc>
          <w:tcPr>
            <w:tcW w:w="4320" w:type="dxa"/>
          </w:tcPr>
          <w:p w14:paraId="4C055D10" w14:textId="77777777" w:rsidR="008D4FAA" w:rsidRPr="00A31988" w:rsidRDefault="00000000">
            <w:pPr>
              <w:rPr>
                <w:b/>
                <w:bCs/>
              </w:rPr>
            </w:pPr>
            <w:r w:rsidRPr="00A31988">
              <w:rPr>
                <w:b/>
                <w:bCs/>
              </w:rPr>
              <w:t>Ingredient</w:t>
            </w:r>
          </w:p>
        </w:tc>
        <w:tc>
          <w:tcPr>
            <w:tcW w:w="4320" w:type="dxa"/>
          </w:tcPr>
          <w:p w14:paraId="04D018FD" w14:textId="77777777" w:rsidR="008D4FAA" w:rsidRPr="00A31988" w:rsidRDefault="00000000">
            <w:pPr>
              <w:rPr>
                <w:b/>
                <w:bCs/>
              </w:rPr>
            </w:pPr>
            <w:r w:rsidRPr="00A31988">
              <w:rPr>
                <w:b/>
                <w:bCs/>
              </w:rPr>
              <w:t>1 Cup Weight</w:t>
            </w:r>
          </w:p>
        </w:tc>
      </w:tr>
      <w:tr w:rsidR="008D4FAA" w14:paraId="76FDF67A" w14:textId="77777777">
        <w:tc>
          <w:tcPr>
            <w:tcW w:w="4320" w:type="dxa"/>
          </w:tcPr>
          <w:p w14:paraId="531DCF29" w14:textId="77777777" w:rsidR="008D4FAA" w:rsidRDefault="00000000">
            <w:r>
              <w:t>Uncooked White Rice</w:t>
            </w:r>
          </w:p>
        </w:tc>
        <w:tc>
          <w:tcPr>
            <w:tcW w:w="4320" w:type="dxa"/>
          </w:tcPr>
          <w:p w14:paraId="39A12B11" w14:textId="77777777" w:rsidR="008D4FAA" w:rsidRDefault="00000000">
            <w:r>
              <w:t>190 g</w:t>
            </w:r>
          </w:p>
        </w:tc>
      </w:tr>
      <w:tr w:rsidR="008D4FAA" w14:paraId="6F85AD57" w14:textId="77777777">
        <w:tc>
          <w:tcPr>
            <w:tcW w:w="4320" w:type="dxa"/>
          </w:tcPr>
          <w:p w14:paraId="07E59538" w14:textId="77777777" w:rsidR="008D4FAA" w:rsidRDefault="00000000">
            <w:r>
              <w:t>Cooked Rice</w:t>
            </w:r>
          </w:p>
        </w:tc>
        <w:tc>
          <w:tcPr>
            <w:tcW w:w="4320" w:type="dxa"/>
          </w:tcPr>
          <w:p w14:paraId="0D9A323B" w14:textId="77777777" w:rsidR="008D4FAA" w:rsidRDefault="00000000">
            <w:r>
              <w:t>180 g</w:t>
            </w:r>
          </w:p>
        </w:tc>
      </w:tr>
      <w:tr w:rsidR="008D4FAA" w14:paraId="3412079E" w14:textId="77777777">
        <w:tc>
          <w:tcPr>
            <w:tcW w:w="4320" w:type="dxa"/>
          </w:tcPr>
          <w:p w14:paraId="7657CD60" w14:textId="77777777" w:rsidR="008D4FAA" w:rsidRDefault="00000000">
            <w:r>
              <w:t>Breadcrumbs</w:t>
            </w:r>
          </w:p>
        </w:tc>
        <w:tc>
          <w:tcPr>
            <w:tcW w:w="4320" w:type="dxa"/>
          </w:tcPr>
          <w:p w14:paraId="216ED5EF" w14:textId="77777777" w:rsidR="008D4FAA" w:rsidRDefault="00000000">
            <w:r>
              <w:t>60 g</w:t>
            </w:r>
          </w:p>
        </w:tc>
      </w:tr>
      <w:tr w:rsidR="008D4FAA" w14:paraId="56A95AF8" w14:textId="77777777">
        <w:tc>
          <w:tcPr>
            <w:tcW w:w="4320" w:type="dxa"/>
          </w:tcPr>
          <w:p w14:paraId="32BB116A" w14:textId="77777777" w:rsidR="008D4FAA" w:rsidRDefault="00000000">
            <w:r>
              <w:t>Panko Crumbs</w:t>
            </w:r>
          </w:p>
        </w:tc>
        <w:tc>
          <w:tcPr>
            <w:tcW w:w="4320" w:type="dxa"/>
          </w:tcPr>
          <w:p w14:paraId="4D97E141" w14:textId="77777777" w:rsidR="008D4FAA" w:rsidRDefault="00000000">
            <w:r>
              <w:t>50 g</w:t>
            </w:r>
          </w:p>
        </w:tc>
      </w:tr>
      <w:tr w:rsidR="008D4FAA" w14:paraId="7C01C381" w14:textId="77777777">
        <w:tc>
          <w:tcPr>
            <w:tcW w:w="4320" w:type="dxa"/>
          </w:tcPr>
          <w:p w14:paraId="3A13CC90" w14:textId="77777777" w:rsidR="008D4FAA" w:rsidRDefault="00000000">
            <w:r>
              <w:t>Grated Cheese</w:t>
            </w:r>
          </w:p>
        </w:tc>
        <w:tc>
          <w:tcPr>
            <w:tcW w:w="4320" w:type="dxa"/>
          </w:tcPr>
          <w:p w14:paraId="249B7C71" w14:textId="77777777" w:rsidR="008D4FAA" w:rsidRDefault="00000000">
            <w:r>
              <w:t>100 g</w:t>
            </w:r>
          </w:p>
        </w:tc>
      </w:tr>
      <w:tr w:rsidR="008D4FAA" w14:paraId="5B5194C0" w14:textId="77777777">
        <w:tc>
          <w:tcPr>
            <w:tcW w:w="4320" w:type="dxa"/>
          </w:tcPr>
          <w:p w14:paraId="6AB61E80" w14:textId="77777777" w:rsidR="008D4FAA" w:rsidRDefault="00000000">
            <w:r>
              <w:t>Mayonnaise</w:t>
            </w:r>
          </w:p>
        </w:tc>
        <w:tc>
          <w:tcPr>
            <w:tcW w:w="4320" w:type="dxa"/>
          </w:tcPr>
          <w:p w14:paraId="67BD1167" w14:textId="77777777" w:rsidR="008D4FAA" w:rsidRDefault="00000000">
            <w:r>
              <w:t>230 g</w:t>
            </w:r>
          </w:p>
        </w:tc>
      </w:tr>
      <w:tr w:rsidR="008D4FAA" w14:paraId="11E19D6B" w14:textId="77777777">
        <w:tc>
          <w:tcPr>
            <w:tcW w:w="4320" w:type="dxa"/>
          </w:tcPr>
          <w:p w14:paraId="63C47F03" w14:textId="77777777" w:rsidR="008D4FAA" w:rsidRDefault="00000000">
            <w:r>
              <w:t>Honey</w:t>
            </w:r>
          </w:p>
        </w:tc>
        <w:tc>
          <w:tcPr>
            <w:tcW w:w="4320" w:type="dxa"/>
          </w:tcPr>
          <w:p w14:paraId="04497A33" w14:textId="77777777" w:rsidR="008D4FAA" w:rsidRDefault="00000000">
            <w:r>
              <w:t>340 g</w:t>
            </w:r>
          </w:p>
        </w:tc>
      </w:tr>
      <w:tr w:rsidR="008D4FAA" w14:paraId="7D24B38D" w14:textId="77777777">
        <w:tc>
          <w:tcPr>
            <w:tcW w:w="4320" w:type="dxa"/>
          </w:tcPr>
          <w:p w14:paraId="1760CFC4" w14:textId="77777777" w:rsidR="008D4FAA" w:rsidRDefault="00000000">
            <w:r>
              <w:t>Peanut Butter</w:t>
            </w:r>
          </w:p>
        </w:tc>
        <w:tc>
          <w:tcPr>
            <w:tcW w:w="4320" w:type="dxa"/>
          </w:tcPr>
          <w:p w14:paraId="780F4706" w14:textId="77777777" w:rsidR="008D4FAA" w:rsidRDefault="00000000">
            <w:r>
              <w:t>260 g</w:t>
            </w:r>
          </w:p>
        </w:tc>
      </w:tr>
    </w:tbl>
    <w:p w14:paraId="04092A87" w14:textId="77777777" w:rsidR="008D4FAA" w:rsidRDefault="00000000">
      <w:pPr>
        <w:pStyle w:val="Heading2"/>
      </w:pPr>
      <w:r>
        <w:t>Prepared Vegetable Weights</w:t>
      </w:r>
    </w:p>
    <w:tbl>
      <w:tblPr>
        <w:tblStyle w:val="TableGrid"/>
        <w:tblW w:w="0" w:type="auto"/>
        <w:tblLook w:val="04A0" w:firstRow="1" w:lastRow="0" w:firstColumn="1" w:lastColumn="0" w:noHBand="0" w:noVBand="1"/>
      </w:tblPr>
      <w:tblGrid>
        <w:gridCol w:w="4315"/>
        <w:gridCol w:w="4315"/>
      </w:tblGrid>
      <w:tr w:rsidR="008D4FAA" w14:paraId="4A665D72" w14:textId="77777777">
        <w:tc>
          <w:tcPr>
            <w:tcW w:w="4320" w:type="dxa"/>
          </w:tcPr>
          <w:p w14:paraId="6EB12BB9" w14:textId="77777777" w:rsidR="008D4FAA" w:rsidRPr="00A31988" w:rsidRDefault="00000000">
            <w:pPr>
              <w:rPr>
                <w:b/>
                <w:bCs/>
              </w:rPr>
            </w:pPr>
            <w:r w:rsidRPr="00A31988">
              <w:rPr>
                <w:b/>
                <w:bCs/>
              </w:rPr>
              <w:t>Ingredient</w:t>
            </w:r>
          </w:p>
        </w:tc>
        <w:tc>
          <w:tcPr>
            <w:tcW w:w="4320" w:type="dxa"/>
          </w:tcPr>
          <w:p w14:paraId="1DE73844" w14:textId="77777777" w:rsidR="008D4FAA" w:rsidRPr="00A31988" w:rsidRDefault="00000000">
            <w:pPr>
              <w:rPr>
                <w:b/>
                <w:bCs/>
              </w:rPr>
            </w:pPr>
            <w:r w:rsidRPr="00A31988">
              <w:rPr>
                <w:b/>
                <w:bCs/>
              </w:rPr>
              <w:t>1 Cup Weight</w:t>
            </w:r>
          </w:p>
        </w:tc>
      </w:tr>
      <w:tr w:rsidR="008D4FAA" w14:paraId="23757287" w14:textId="77777777">
        <w:tc>
          <w:tcPr>
            <w:tcW w:w="4320" w:type="dxa"/>
          </w:tcPr>
          <w:p w14:paraId="541BC8F6" w14:textId="77777777" w:rsidR="008D4FAA" w:rsidRDefault="00000000">
            <w:r>
              <w:t>Diced Onion</w:t>
            </w:r>
          </w:p>
        </w:tc>
        <w:tc>
          <w:tcPr>
            <w:tcW w:w="4320" w:type="dxa"/>
          </w:tcPr>
          <w:p w14:paraId="48F96A72" w14:textId="77777777" w:rsidR="008D4FAA" w:rsidRDefault="00000000">
            <w:r>
              <w:t>150 g</w:t>
            </w:r>
          </w:p>
        </w:tc>
      </w:tr>
      <w:tr w:rsidR="008D4FAA" w14:paraId="64978D77" w14:textId="77777777">
        <w:tc>
          <w:tcPr>
            <w:tcW w:w="4320" w:type="dxa"/>
          </w:tcPr>
          <w:p w14:paraId="6BB77A16" w14:textId="77777777" w:rsidR="008D4FAA" w:rsidRDefault="00000000">
            <w:r>
              <w:t>Sliced Onion</w:t>
            </w:r>
          </w:p>
        </w:tc>
        <w:tc>
          <w:tcPr>
            <w:tcW w:w="4320" w:type="dxa"/>
          </w:tcPr>
          <w:p w14:paraId="78D37E0C" w14:textId="77777777" w:rsidR="008D4FAA" w:rsidRDefault="00000000">
            <w:r>
              <w:t>110 g</w:t>
            </w:r>
          </w:p>
        </w:tc>
      </w:tr>
      <w:tr w:rsidR="008D4FAA" w14:paraId="5254B484" w14:textId="77777777">
        <w:tc>
          <w:tcPr>
            <w:tcW w:w="4320" w:type="dxa"/>
          </w:tcPr>
          <w:p w14:paraId="251AF8DB" w14:textId="77777777" w:rsidR="008D4FAA" w:rsidRDefault="00000000">
            <w:r>
              <w:t>Diced Carrot</w:t>
            </w:r>
          </w:p>
        </w:tc>
        <w:tc>
          <w:tcPr>
            <w:tcW w:w="4320" w:type="dxa"/>
          </w:tcPr>
          <w:p w14:paraId="16C9AF3F" w14:textId="77777777" w:rsidR="008D4FAA" w:rsidRDefault="00000000">
            <w:r>
              <w:t>130 g</w:t>
            </w:r>
          </w:p>
        </w:tc>
      </w:tr>
      <w:tr w:rsidR="008D4FAA" w14:paraId="216890B7" w14:textId="77777777">
        <w:tc>
          <w:tcPr>
            <w:tcW w:w="4320" w:type="dxa"/>
          </w:tcPr>
          <w:p w14:paraId="169E0160" w14:textId="77777777" w:rsidR="008D4FAA" w:rsidRDefault="00000000">
            <w:r>
              <w:t>Grated Carrot</w:t>
            </w:r>
          </w:p>
        </w:tc>
        <w:tc>
          <w:tcPr>
            <w:tcW w:w="4320" w:type="dxa"/>
          </w:tcPr>
          <w:p w14:paraId="46A7760C" w14:textId="77777777" w:rsidR="008D4FAA" w:rsidRDefault="00000000">
            <w:r>
              <w:t>90 g</w:t>
            </w:r>
          </w:p>
        </w:tc>
      </w:tr>
      <w:tr w:rsidR="008D4FAA" w14:paraId="2550FA76" w14:textId="77777777">
        <w:tc>
          <w:tcPr>
            <w:tcW w:w="4320" w:type="dxa"/>
          </w:tcPr>
          <w:p w14:paraId="4384749A" w14:textId="77777777" w:rsidR="008D4FAA" w:rsidRDefault="00000000">
            <w:r>
              <w:t>Diced Capsicum</w:t>
            </w:r>
          </w:p>
        </w:tc>
        <w:tc>
          <w:tcPr>
            <w:tcW w:w="4320" w:type="dxa"/>
          </w:tcPr>
          <w:p w14:paraId="4B7A13A8" w14:textId="77777777" w:rsidR="008D4FAA" w:rsidRDefault="00000000">
            <w:r>
              <w:t>150 g</w:t>
            </w:r>
          </w:p>
        </w:tc>
      </w:tr>
      <w:tr w:rsidR="008D4FAA" w14:paraId="7779BB04" w14:textId="77777777">
        <w:tc>
          <w:tcPr>
            <w:tcW w:w="4320" w:type="dxa"/>
          </w:tcPr>
          <w:p w14:paraId="2EA53FF5" w14:textId="77777777" w:rsidR="008D4FAA" w:rsidRDefault="00000000">
            <w:r>
              <w:t>Sliced Capsicum</w:t>
            </w:r>
          </w:p>
        </w:tc>
        <w:tc>
          <w:tcPr>
            <w:tcW w:w="4320" w:type="dxa"/>
          </w:tcPr>
          <w:p w14:paraId="14937199" w14:textId="77777777" w:rsidR="008D4FAA" w:rsidRDefault="00000000">
            <w:r>
              <w:t>90 g</w:t>
            </w:r>
          </w:p>
        </w:tc>
      </w:tr>
      <w:tr w:rsidR="008D4FAA" w14:paraId="207B6CD8" w14:textId="77777777">
        <w:tc>
          <w:tcPr>
            <w:tcW w:w="4320" w:type="dxa"/>
          </w:tcPr>
          <w:p w14:paraId="140890C0" w14:textId="77777777" w:rsidR="008D4FAA" w:rsidRDefault="00000000">
            <w:r>
              <w:t>Diced Celery</w:t>
            </w:r>
          </w:p>
        </w:tc>
        <w:tc>
          <w:tcPr>
            <w:tcW w:w="4320" w:type="dxa"/>
          </w:tcPr>
          <w:p w14:paraId="27A5D8D0" w14:textId="77777777" w:rsidR="008D4FAA" w:rsidRDefault="00000000">
            <w:r>
              <w:t>100 g</w:t>
            </w:r>
          </w:p>
        </w:tc>
      </w:tr>
      <w:tr w:rsidR="008D4FAA" w14:paraId="4992E9CD" w14:textId="77777777">
        <w:tc>
          <w:tcPr>
            <w:tcW w:w="4320" w:type="dxa"/>
          </w:tcPr>
          <w:p w14:paraId="3A0B66AC" w14:textId="77777777" w:rsidR="008D4FAA" w:rsidRDefault="00000000">
            <w:r>
              <w:t>Sliced Mushrooms</w:t>
            </w:r>
          </w:p>
        </w:tc>
        <w:tc>
          <w:tcPr>
            <w:tcW w:w="4320" w:type="dxa"/>
          </w:tcPr>
          <w:p w14:paraId="626EA3E8" w14:textId="77777777" w:rsidR="008D4FAA" w:rsidRDefault="00000000">
            <w:r>
              <w:t>70 g</w:t>
            </w:r>
          </w:p>
        </w:tc>
      </w:tr>
      <w:tr w:rsidR="008D4FAA" w14:paraId="275F152C" w14:textId="77777777">
        <w:tc>
          <w:tcPr>
            <w:tcW w:w="4320" w:type="dxa"/>
          </w:tcPr>
          <w:p w14:paraId="2420343E" w14:textId="77777777" w:rsidR="008D4FAA" w:rsidRDefault="00000000">
            <w:r>
              <w:t>Diced Tomato</w:t>
            </w:r>
          </w:p>
        </w:tc>
        <w:tc>
          <w:tcPr>
            <w:tcW w:w="4320" w:type="dxa"/>
          </w:tcPr>
          <w:p w14:paraId="0280EF0A" w14:textId="77777777" w:rsidR="008D4FAA" w:rsidRDefault="00000000">
            <w:r>
              <w:t>180 g</w:t>
            </w:r>
          </w:p>
        </w:tc>
      </w:tr>
      <w:tr w:rsidR="008D4FAA" w14:paraId="4B3FAB33" w14:textId="77777777">
        <w:tc>
          <w:tcPr>
            <w:tcW w:w="4320" w:type="dxa"/>
          </w:tcPr>
          <w:p w14:paraId="05BBF7DB" w14:textId="77777777" w:rsidR="008D4FAA" w:rsidRDefault="00000000">
            <w:r>
              <w:t>Corn Kernels</w:t>
            </w:r>
          </w:p>
        </w:tc>
        <w:tc>
          <w:tcPr>
            <w:tcW w:w="4320" w:type="dxa"/>
          </w:tcPr>
          <w:p w14:paraId="17203FE3" w14:textId="77777777" w:rsidR="008D4FAA" w:rsidRDefault="00000000">
            <w:r>
              <w:t>165 g</w:t>
            </w:r>
          </w:p>
        </w:tc>
      </w:tr>
      <w:tr w:rsidR="008D4FAA" w14:paraId="4BCA864F" w14:textId="77777777">
        <w:tc>
          <w:tcPr>
            <w:tcW w:w="4320" w:type="dxa"/>
          </w:tcPr>
          <w:p w14:paraId="6497A528" w14:textId="77777777" w:rsidR="008D4FAA" w:rsidRDefault="00000000">
            <w:r>
              <w:t>Peas</w:t>
            </w:r>
          </w:p>
        </w:tc>
        <w:tc>
          <w:tcPr>
            <w:tcW w:w="4320" w:type="dxa"/>
          </w:tcPr>
          <w:p w14:paraId="28A7E35F" w14:textId="77777777" w:rsidR="008D4FAA" w:rsidRDefault="00000000">
            <w:r>
              <w:t>145 g</w:t>
            </w:r>
          </w:p>
        </w:tc>
      </w:tr>
    </w:tbl>
    <w:p w14:paraId="338F5386" w14:textId="77777777" w:rsidR="008D4FAA" w:rsidRDefault="00000000">
      <w:pPr>
        <w:pStyle w:val="Heading2"/>
      </w:pPr>
      <w:r>
        <w:t>Salad &amp; Coleslaw Ingredients</w:t>
      </w:r>
    </w:p>
    <w:tbl>
      <w:tblPr>
        <w:tblStyle w:val="TableGrid"/>
        <w:tblW w:w="0" w:type="auto"/>
        <w:tblLook w:val="04A0" w:firstRow="1" w:lastRow="0" w:firstColumn="1" w:lastColumn="0" w:noHBand="0" w:noVBand="1"/>
      </w:tblPr>
      <w:tblGrid>
        <w:gridCol w:w="4315"/>
        <w:gridCol w:w="4315"/>
      </w:tblGrid>
      <w:tr w:rsidR="008D4FAA" w14:paraId="58C1D67D" w14:textId="77777777">
        <w:tc>
          <w:tcPr>
            <w:tcW w:w="4320" w:type="dxa"/>
          </w:tcPr>
          <w:p w14:paraId="1C8418D1" w14:textId="77777777" w:rsidR="008D4FAA" w:rsidRPr="00A31988" w:rsidRDefault="00000000">
            <w:pPr>
              <w:rPr>
                <w:b/>
                <w:bCs/>
              </w:rPr>
            </w:pPr>
            <w:r w:rsidRPr="00A31988">
              <w:rPr>
                <w:b/>
                <w:bCs/>
              </w:rPr>
              <w:t>Ingredient</w:t>
            </w:r>
          </w:p>
        </w:tc>
        <w:tc>
          <w:tcPr>
            <w:tcW w:w="4320" w:type="dxa"/>
          </w:tcPr>
          <w:p w14:paraId="12B8DB4D" w14:textId="77777777" w:rsidR="008D4FAA" w:rsidRPr="00A31988" w:rsidRDefault="00000000">
            <w:pPr>
              <w:rPr>
                <w:b/>
                <w:bCs/>
              </w:rPr>
            </w:pPr>
            <w:r w:rsidRPr="00A31988">
              <w:rPr>
                <w:b/>
                <w:bCs/>
              </w:rPr>
              <w:t>1 Cup Weight</w:t>
            </w:r>
          </w:p>
        </w:tc>
      </w:tr>
      <w:tr w:rsidR="008D4FAA" w14:paraId="1A6B0D05" w14:textId="77777777">
        <w:tc>
          <w:tcPr>
            <w:tcW w:w="4320" w:type="dxa"/>
          </w:tcPr>
          <w:p w14:paraId="1F4E581F" w14:textId="77777777" w:rsidR="008D4FAA" w:rsidRDefault="00000000">
            <w:r>
              <w:t>Shredded Cabbage</w:t>
            </w:r>
          </w:p>
        </w:tc>
        <w:tc>
          <w:tcPr>
            <w:tcW w:w="4320" w:type="dxa"/>
          </w:tcPr>
          <w:p w14:paraId="1B976785" w14:textId="77777777" w:rsidR="008D4FAA" w:rsidRDefault="00000000">
            <w:r>
              <w:t>70 g</w:t>
            </w:r>
          </w:p>
        </w:tc>
      </w:tr>
      <w:tr w:rsidR="008D4FAA" w14:paraId="1579042D" w14:textId="77777777">
        <w:tc>
          <w:tcPr>
            <w:tcW w:w="4320" w:type="dxa"/>
          </w:tcPr>
          <w:p w14:paraId="17DF3908" w14:textId="77777777" w:rsidR="008D4FAA" w:rsidRDefault="00000000">
            <w:r>
              <w:t>Coleslaw Mix</w:t>
            </w:r>
          </w:p>
        </w:tc>
        <w:tc>
          <w:tcPr>
            <w:tcW w:w="4320" w:type="dxa"/>
          </w:tcPr>
          <w:p w14:paraId="699BB4EE" w14:textId="77777777" w:rsidR="008D4FAA" w:rsidRDefault="00000000">
            <w:r>
              <w:t>80 g</w:t>
            </w:r>
          </w:p>
        </w:tc>
      </w:tr>
      <w:tr w:rsidR="008D4FAA" w14:paraId="15617889" w14:textId="77777777">
        <w:tc>
          <w:tcPr>
            <w:tcW w:w="4320" w:type="dxa"/>
          </w:tcPr>
          <w:p w14:paraId="5EA1F389" w14:textId="77777777" w:rsidR="008D4FAA" w:rsidRDefault="00000000">
            <w:r>
              <w:t>Shredded Lettuce</w:t>
            </w:r>
          </w:p>
        </w:tc>
        <w:tc>
          <w:tcPr>
            <w:tcW w:w="4320" w:type="dxa"/>
          </w:tcPr>
          <w:p w14:paraId="0608A9A9" w14:textId="77777777" w:rsidR="008D4FAA" w:rsidRDefault="00000000">
            <w:r>
              <w:t>50 g</w:t>
            </w:r>
          </w:p>
        </w:tc>
      </w:tr>
      <w:tr w:rsidR="008D4FAA" w14:paraId="67888139" w14:textId="77777777">
        <w:tc>
          <w:tcPr>
            <w:tcW w:w="4320" w:type="dxa"/>
          </w:tcPr>
          <w:p w14:paraId="5759E5D4" w14:textId="77777777" w:rsidR="008D4FAA" w:rsidRDefault="00000000">
            <w:r>
              <w:t>Mixed Salad Greens</w:t>
            </w:r>
          </w:p>
        </w:tc>
        <w:tc>
          <w:tcPr>
            <w:tcW w:w="4320" w:type="dxa"/>
          </w:tcPr>
          <w:p w14:paraId="2ED2C97D" w14:textId="77777777" w:rsidR="008D4FAA" w:rsidRDefault="00000000">
            <w:r>
              <w:t>30 g</w:t>
            </w:r>
          </w:p>
        </w:tc>
      </w:tr>
      <w:tr w:rsidR="008D4FAA" w14:paraId="69899B33" w14:textId="77777777">
        <w:tc>
          <w:tcPr>
            <w:tcW w:w="4320" w:type="dxa"/>
          </w:tcPr>
          <w:p w14:paraId="7AD2461D" w14:textId="77777777" w:rsidR="008D4FAA" w:rsidRDefault="00000000">
            <w:r>
              <w:t>Baby Spinach</w:t>
            </w:r>
          </w:p>
        </w:tc>
        <w:tc>
          <w:tcPr>
            <w:tcW w:w="4320" w:type="dxa"/>
          </w:tcPr>
          <w:p w14:paraId="6FD8C1A4" w14:textId="77777777" w:rsidR="008D4FAA" w:rsidRDefault="00000000">
            <w:r>
              <w:t>30 g</w:t>
            </w:r>
          </w:p>
        </w:tc>
      </w:tr>
      <w:tr w:rsidR="008D4FAA" w14:paraId="453E1F00" w14:textId="77777777">
        <w:tc>
          <w:tcPr>
            <w:tcW w:w="4320" w:type="dxa"/>
          </w:tcPr>
          <w:p w14:paraId="5F13DFA6" w14:textId="77777777" w:rsidR="008D4FAA" w:rsidRDefault="00000000">
            <w:r>
              <w:t>Rocket</w:t>
            </w:r>
          </w:p>
        </w:tc>
        <w:tc>
          <w:tcPr>
            <w:tcW w:w="4320" w:type="dxa"/>
          </w:tcPr>
          <w:p w14:paraId="1877C144" w14:textId="77777777" w:rsidR="008D4FAA" w:rsidRDefault="00000000">
            <w:r>
              <w:t>20 g</w:t>
            </w:r>
          </w:p>
        </w:tc>
      </w:tr>
    </w:tbl>
    <w:p w14:paraId="71BCDFC6" w14:textId="77777777" w:rsidR="00A31988" w:rsidRDefault="00A31988">
      <w:pPr>
        <w:pStyle w:val="Heading2"/>
      </w:pPr>
    </w:p>
    <w:p w14:paraId="6ACCA258" w14:textId="77777777" w:rsidR="00A31988" w:rsidRDefault="00A31988">
      <w:pPr>
        <w:pStyle w:val="Heading2"/>
      </w:pPr>
    </w:p>
    <w:p w14:paraId="7B381FE8" w14:textId="75E1998D" w:rsidR="008D4FAA" w:rsidRDefault="00000000">
      <w:pPr>
        <w:pStyle w:val="Heading2"/>
      </w:pPr>
      <w:r>
        <w:t>Fruit Weights</w:t>
      </w:r>
    </w:p>
    <w:tbl>
      <w:tblPr>
        <w:tblStyle w:val="TableGrid"/>
        <w:tblW w:w="0" w:type="auto"/>
        <w:tblLook w:val="04A0" w:firstRow="1" w:lastRow="0" w:firstColumn="1" w:lastColumn="0" w:noHBand="0" w:noVBand="1"/>
      </w:tblPr>
      <w:tblGrid>
        <w:gridCol w:w="4315"/>
        <w:gridCol w:w="4315"/>
      </w:tblGrid>
      <w:tr w:rsidR="008D4FAA" w14:paraId="753E7BFB" w14:textId="77777777">
        <w:tc>
          <w:tcPr>
            <w:tcW w:w="4320" w:type="dxa"/>
          </w:tcPr>
          <w:p w14:paraId="332D107A" w14:textId="77777777" w:rsidR="008D4FAA" w:rsidRDefault="00000000">
            <w:r>
              <w:t>Ingredient</w:t>
            </w:r>
          </w:p>
        </w:tc>
        <w:tc>
          <w:tcPr>
            <w:tcW w:w="4320" w:type="dxa"/>
          </w:tcPr>
          <w:p w14:paraId="62DDE246" w14:textId="77777777" w:rsidR="008D4FAA" w:rsidRDefault="00000000">
            <w:r>
              <w:t>1 Cup Weight</w:t>
            </w:r>
          </w:p>
        </w:tc>
      </w:tr>
      <w:tr w:rsidR="008D4FAA" w14:paraId="586606E3" w14:textId="77777777">
        <w:tc>
          <w:tcPr>
            <w:tcW w:w="4320" w:type="dxa"/>
          </w:tcPr>
          <w:p w14:paraId="7927433E" w14:textId="77777777" w:rsidR="008D4FAA" w:rsidRDefault="00000000">
            <w:r>
              <w:t>Diced Apple</w:t>
            </w:r>
          </w:p>
        </w:tc>
        <w:tc>
          <w:tcPr>
            <w:tcW w:w="4320" w:type="dxa"/>
          </w:tcPr>
          <w:p w14:paraId="724B937D" w14:textId="77777777" w:rsidR="008D4FAA" w:rsidRDefault="00000000">
            <w:r>
              <w:t>125 g</w:t>
            </w:r>
          </w:p>
        </w:tc>
      </w:tr>
      <w:tr w:rsidR="008D4FAA" w14:paraId="68980F88" w14:textId="77777777">
        <w:tc>
          <w:tcPr>
            <w:tcW w:w="4320" w:type="dxa"/>
          </w:tcPr>
          <w:p w14:paraId="5D2322A2" w14:textId="77777777" w:rsidR="008D4FAA" w:rsidRDefault="00000000">
            <w:r>
              <w:t>Diced Pear</w:t>
            </w:r>
          </w:p>
        </w:tc>
        <w:tc>
          <w:tcPr>
            <w:tcW w:w="4320" w:type="dxa"/>
          </w:tcPr>
          <w:p w14:paraId="27F47778" w14:textId="77777777" w:rsidR="008D4FAA" w:rsidRDefault="00000000">
            <w:r>
              <w:t>140 g</w:t>
            </w:r>
          </w:p>
        </w:tc>
      </w:tr>
      <w:tr w:rsidR="008D4FAA" w14:paraId="45E58356" w14:textId="77777777">
        <w:tc>
          <w:tcPr>
            <w:tcW w:w="4320" w:type="dxa"/>
          </w:tcPr>
          <w:p w14:paraId="2C98C58D" w14:textId="77777777" w:rsidR="008D4FAA" w:rsidRDefault="00000000">
            <w:r>
              <w:t>Blueberries</w:t>
            </w:r>
          </w:p>
        </w:tc>
        <w:tc>
          <w:tcPr>
            <w:tcW w:w="4320" w:type="dxa"/>
          </w:tcPr>
          <w:p w14:paraId="7BDF7056" w14:textId="77777777" w:rsidR="008D4FAA" w:rsidRDefault="00000000">
            <w:r>
              <w:t>150 g</w:t>
            </w:r>
          </w:p>
        </w:tc>
      </w:tr>
      <w:tr w:rsidR="008D4FAA" w14:paraId="28B8D13C" w14:textId="77777777">
        <w:tc>
          <w:tcPr>
            <w:tcW w:w="4320" w:type="dxa"/>
          </w:tcPr>
          <w:p w14:paraId="10EC49E5" w14:textId="77777777" w:rsidR="008D4FAA" w:rsidRDefault="00000000">
            <w:r>
              <w:t>Strawberries Sliced</w:t>
            </w:r>
          </w:p>
        </w:tc>
        <w:tc>
          <w:tcPr>
            <w:tcW w:w="4320" w:type="dxa"/>
          </w:tcPr>
          <w:p w14:paraId="53DB8CE3" w14:textId="77777777" w:rsidR="008D4FAA" w:rsidRDefault="00000000">
            <w:r>
              <w:t>150 g</w:t>
            </w:r>
          </w:p>
        </w:tc>
      </w:tr>
      <w:tr w:rsidR="008D4FAA" w14:paraId="1AD7AD2C" w14:textId="77777777">
        <w:tc>
          <w:tcPr>
            <w:tcW w:w="4320" w:type="dxa"/>
          </w:tcPr>
          <w:p w14:paraId="553FAC6F" w14:textId="77777777" w:rsidR="008D4FAA" w:rsidRDefault="00000000">
            <w:r>
              <w:t>Banana Sliced</w:t>
            </w:r>
          </w:p>
        </w:tc>
        <w:tc>
          <w:tcPr>
            <w:tcW w:w="4320" w:type="dxa"/>
          </w:tcPr>
          <w:p w14:paraId="06C6FCAA" w14:textId="77777777" w:rsidR="008D4FAA" w:rsidRDefault="00000000">
            <w:r>
              <w:t>150 g</w:t>
            </w:r>
          </w:p>
        </w:tc>
      </w:tr>
      <w:tr w:rsidR="008D4FAA" w14:paraId="4E904920" w14:textId="77777777">
        <w:tc>
          <w:tcPr>
            <w:tcW w:w="4320" w:type="dxa"/>
          </w:tcPr>
          <w:p w14:paraId="5F1B394A" w14:textId="77777777" w:rsidR="008D4FAA" w:rsidRDefault="00000000">
            <w:r>
              <w:t>Pineapple Diced</w:t>
            </w:r>
          </w:p>
        </w:tc>
        <w:tc>
          <w:tcPr>
            <w:tcW w:w="4320" w:type="dxa"/>
          </w:tcPr>
          <w:p w14:paraId="3271B096" w14:textId="77777777" w:rsidR="008D4FAA" w:rsidRDefault="00000000">
            <w:r>
              <w:t>165 g</w:t>
            </w:r>
          </w:p>
        </w:tc>
      </w:tr>
    </w:tbl>
    <w:p w14:paraId="10523A47" w14:textId="77777777" w:rsidR="008D4FAA" w:rsidRDefault="00000000">
      <w:pPr>
        <w:pStyle w:val="Heading2"/>
      </w:pPr>
      <w:r>
        <w:t>Prepared Protein Weights</w:t>
      </w:r>
    </w:p>
    <w:tbl>
      <w:tblPr>
        <w:tblStyle w:val="TableGrid"/>
        <w:tblW w:w="0" w:type="auto"/>
        <w:tblLook w:val="04A0" w:firstRow="1" w:lastRow="0" w:firstColumn="1" w:lastColumn="0" w:noHBand="0" w:noVBand="1"/>
      </w:tblPr>
      <w:tblGrid>
        <w:gridCol w:w="4315"/>
        <w:gridCol w:w="4315"/>
      </w:tblGrid>
      <w:tr w:rsidR="008D4FAA" w14:paraId="24F022B6" w14:textId="77777777">
        <w:tc>
          <w:tcPr>
            <w:tcW w:w="4320" w:type="dxa"/>
          </w:tcPr>
          <w:p w14:paraId="3D926D9D" w14:textId="77777777" w:rsidR="008D4FAA" w:rsidRDefault="00000000">
            <w:r>
              <w:t>Ingredient</w:t>
            </w:r>
          </w:p>
        </w:tc>
        <w:tc>
          <w:tcPr>
            <w:tcW w:w="4320" w:type="dxa"/>
          </w:tcPr>
          <w:p w14:paraId="3584063D" w14:textId="77777777" w:rsidR="008D4FAA" w:rsidRDefault="00000000">
            <w:r>
              <w:t>1 Cup Weight</w:t>
            </w:r>
          </w:p>
        </w:tc>
      </w:tr>
      <w:tr w:rsidR="008D4FAA" w14:paraId="5C473E75" w14:textId="77777777">
        <w:tc>
          <w:tcPr>
            <w:tcW w:w="4320" w:type="dxa"/>
          </w:tcPr>
          <w:p w14:paraId="2B705DB6" w14:textId="77777777" w:rsidR="008D4FAA" w:rsidRDefault="00000000">
            <w:r>
              <w:t>Diced Cooked Chicken</w:t>
            </w:r>
          </w:p>
        </w:tc>
        <w:tc>
          <w:tcPr>
            <w:tcW w:w="4320" w:type="dxa"/>
          </w:tcPr>
          <w:p w14:paraId="10C7CE6F" w14:textId="77777777" w:rsidR="008D4FAA" w:rsidRDefault="00000000">
            <w:r>
              <w:t>140 g</w:t>
            </w:r>
          </w:p>
        </w:tc>
      </w:tr>
      <w:tr w:rsidR="008D4FAA" w14:paraId="28FA4118" w14:textId="77777777">
        <w:tc>
          <w:tcPr>
            <w:tcW w:w="4320" w:type="dxa"/>
          </w:tcPr>
          <w:p w14:paraId="3433E8F2" w14:textId="77777777" w:rsidR="008D4FAA" w:rsidRDefault="00000000">
            <w:r>
              <w:t>Pulled Pork</w:t>
            </w:r>
          </w:p>
        </w:tc>
        <w:tc>
          <w:tcPr>
            <w:tcW w:w="4320" w:type="dxa"/>
          </w:tcPr>
          <w:p w14:paraId="467C489B" w14:textId="77777777" w:rsidR="008D4FAA" w:rsidRDefault="00000000">
            <w:r>
              <w:t>150 g</w:t>
            </w:r>
          </w:p>
        </w:tc>
      </w:tr>
      <w:tr w:rsidR="008D4FAA" w14:paraId="570CC5B9" w14:textId="77777777">
        <w:tc>
          <w:tcPr>
            <w:tcW w:w="4320" w:type="dxa"/>
          </w:tcPr>
          <w:p w14:paraId="23A006F1" w14:textId="77777777" w:rsidR="008D4FAA" w:rsidRDefault="00000000">
            <w:r>
              <w:t>Cooked Mince</w:t>
            </w:r>
          </w:p>
        </w:tc>
        <w:tc>
          <w:tcPr>
            <w:tcW w:w="4320" w:type="dxa"/>
          </w:tcPr>
          <w:p w14:paraId="4D37217E" w14:textId="77777777" w:rsidR="008D4FAA" w:rsidRDefault="00000000">
            <w:r>
              <w:t>180 g</w:t>
            </w:r>
          </w:p>
        </w:tc>
      </w:tr>
      <w:tr w:rsidR="008D4FAA" w14:paraId="40395227" w14:textId="77777777">
        <w:tc>
          <w:tcPr>
            <w:tcW w:w="4320" w:type="dxa"/>
          </w:tcPr>
          <w:p w14:paraId="200A3A14" w14:textId="77777777" w:rsidR="008D4FAA" w:rsidRDefault="00000000">
            <w:r>
              <w:t>Cooked Bacon Pieces</w:t>
            </w:r>
          </w:p>
        </w:tc>
        <w:tc>
          <w:tcPr>
            <w:tcW w:w="4320" w:type="dxa"/>
          </w:tcPr>
          <w:p w14:paraId="4362CC02" w14:textId="77777777" w:rsidR="008D4FAA" w:rsidRDefault="00000000">
            <w:r>
              <w:t>120 g</w:t>
            </w:r>
          </w:p>
        </w:tc>
      </w:tr>
      <w:tr w:rsidR="008D4FAA" w14:paraId="2AD0FAAF" w14:textId="77777777">
        <w:tc>
          <w:tcPr>
            <w:tcW w:w="4320" w:type="dxa"/>
          </w:tcPr>
          <w:p w14:paraId="72116B72" w14:textId="77777777" w:rsidR="008D4FAA" w:rsidRDefault="00000000">
            <w:r>
              <w:t>Grated Ham</w:t>
            </w:r>
          </w:p>
        </w:tc>
        <w:tc>
          <w:tcPr>
            <w:tcW w:w="4320" w:type="dxa"/>
          </w:tcPr>
          <w:p w14:paraId="2153E6FB" w14:textId="77777777" w:rsidR="008D4FAA" w:rsidRDefault="00000000">
            <w:r>
              <w:t>130 g</w:t>
            </w:r>
          </w:p>
        </w:tc>
      </w:tr>
    </w:tbl>
    <w:p w14:paraId="6C2C5BE3" w14:textId="77777777" w:rsidR="00A31988" w:rsidRDefault="00A31988">
      <w:pPr>
        <w:pStyle w:val="Heading2"/>
      </w:pPr>
    </w:p>
    <w:p w14:paraId="2E2DDAB3" w14:textId="4CEE4726" w:rsidR="008D4FAA" w:rsidRDefault="00000000">
      <w:pPr>
        <w:pStyle w:val="Heading2"/>
      </w:pPr>
      <w:r>
        <w:t>Hospitality Cure Tip</w:t>
      </w:r>
    </w:p>
    <w:p w14:paraId="302BD7AD" w14:textId="77777777" w:rsidR="008D4FAA" w:rsidRDefault="00000000">
      <w:r>
        <w:t>Volume and weight are not the same thing. One cup of rice, flour, mayonnaise, and grated cheese all weigh different amounts. If a recipe matters, weigh it. Cups are useful for creating recipes. Grams are essential for consistency.</w:t>
      </w:r>
    </w:p>
    <w:sectPr w:rsidR="008D4FAA" w:rsidSect="00A31988">
      <w:pgSz w:w="12240" w:h="15840"/>
      <w:pgMar w:top="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54917691">
    <w:abstractNumId w:val="8"/>
  </w:num>
  <w:num w:numId="2" w16cid:durableId="144708108">
    <w:abstractNumId w:val="6"/>
  </w:num>
  <w:num w:numId="3" w16cid:durableId="267586853">
    <w:abstractNumId w:val="5"/>
  </w:num>
  <w:num w:numId="4" w16cid:durableId="487017815">
    <w:abstractNumId w:val="4"/>
  </w:num>
  <w:num w:numId="5" w16cid:durableId="1418747656">
    <w:abstractNumId w:val="7"/>
  </w:num>
  <w:num w:numId="6" w16cid:durableId="437137323">
    <w:abstractNumId w:val="3"/>
  </w:num>
  <w:num w:numId="7" w16cid:durableId="2022538540">
    <w:abstractNumId w:val="2"/>
  </w:num>
  <w:num w:numId="8" w16cid:durableId="2020816057">
    <w:abstractNumId w:val="1"/>
  </w:num>
  <w:num w:numId="9" w16cid:durableId="384917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744B7D"/>
    <w:rsid w:val="008D4FAA"/>
    <w:rsid w:val="00924430"/>
    <w:rsid w:val="00A31988"/>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3FD084"/>
  <w14:defaultImageDpi w14:val="300"/>
  <w15:docId w15:val="{638B952C-9353-C94E-B6F9-0697C1456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428</Words>
  <Characters>1942</Characters>
  <Application>Microsoft Office Word</Application>
  <DocSecurity>0</DocSecurity>
  <Lines>194</Lines>
  <Paragraphs>197</Paragraphs>
  <ScaleCrop>false</ScaleCrop>
  <HeadingPairs>
    <vt:vector size="2" baseType="variant">
      <vt:variant>
        <vt:lpstr>Title</vt:lpstr>
      </vt:variant>
      <vt:variant>
        <vt:i4>1</vt:i4>
      </vt:variant>
    </vt:vector>
  </HeadingPairs>
  <TitlesOfParts>
    <vt:vector size="1" baseType="lpstr">
      <vt:lpstr>Hospitality Cure_Weights and Measures#1</vt:lpstr>
    </vt:vector>
  </TitlesOfParts>
  <Manager/>
  <Company>The Hospitality Cure</Company>
  <LinksUpToDate>false</LinksUpToDate>
  <CharactersWithSpaces>2173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Hospitality Cure_Weights and Measures#1</dc:title>
  <dc:subject/>
  <dc:creator>Carl Hatfield</dc:creator>
  <cp:keywords/>
  <dc:description/>
  <cp:lastModifiedBy>Carl Hatfield</cp:lastModifiedBy>
  <cp:revision>2</cp:revision>
  <dcterms:created xsi:type="dcterms:W3CDTF">2026-06-11T01:35:00Z</dcterms:created>
  <dcterms:modified xsi:type="dcterms:W3CDTF">2026-06-11T01:35:00Z</dcterms:modified>
  <cp:category/>
</cp:coreProperties>
</file>